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99C" w:rsidRDefault="000D5A86">
      <w:r w:rsidRPr="000D5A86">
        <w:t>No.2026-0</w:t>
      </w:r>
      <w:r w:rsidR="00555C85">
        <w:t>2</w:t>
      </w:r>
      <w:r w:rsidRPr="000D5A86">
        <w:cr/>
      </w:r>
    </w:p>
    <w:p w:rsidR="008D099C" w:rsidRPr="008D099C" w:rsidRDefault="008D099C" w:rsidP="008D099C">
      <w:pPr>
        <w:spacing w:line="240" w:lineRule="auto"/>
        <w:jc w:val="center"/>
        <w:rPr>
          <w:b/>
          <w:sz w:val="36"/>
        </w:rPr>
      </w:pPr>
      <w:r w:rsidRPr="008D099C">
        <w:rPr>
          <w:b/>
          <w:sz w:val="36"/>
        </w:rPr>
        <w:t>Public Announcement for Program Service Provider</w:t>
      </w:r>
    </w:p>
    <w:p w:rsidR="008D099C" w:rsidRDefault="00282761" w:rsidP="008D099C">
      <w:pPr>
        <w:spacing w:line="240" w:lineRule="auto"/>
        <w:jc w:val="right"/>
      </w:pPr>
      <w:r>
        <w:t>01/09</w:t>
      </w:r>
      <w:r w:rsidR="008D099C">
        <w:t>/ 2026, K-Startup Center</w:t>
      </w:r>
      <w:r w:rsidR="000D5A86">
        <w:t xml:space="preserve"> (KSC) </w:t>
      </w:r>
      <w:r w:rsidR="008D099C">
        <w:t xml:space="preserve"> in Singapore, Korea SMEs and Startups Agency</w:t>
      </w:r>
    </w:p>
    <w:p w:rsidR="00F53A32" w:rsidRDefault="00F53A32" w:rsidP="008D099C">
      <w:pPr>
        <w:spacing w:line="240" w:lineRule="auto"/>
        <w:jc w:val="both"/>
        <w:rPr>
          <w:rFonts w:ascii="HYGothic-Extra" w:eastAsia="HYGothic-Extra"/>
          <w:b/>
        </w:rPr>
      </w:pPr>
    </w:p>
    <w:p w:rsidR="008D099C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 (Project Title)</w:t>
      </w:r>
      <w:r>
        <w:rPr>
          <w:rFonts w:hint="eastAsia"/>
        </w:rPr>
        <w:t xml:space="preserve"> </w:t>
      </w:r>
      <w:r w:rsidR="00282761" w:rsidRPr="00282761">
        <w:t>K-AI Global Value Ch</w:t>
      </w:r>
      <w:r w:rsidR="00282761">
        <w:t>ain Expansion Support Program (</w:t>
      </w:r>
      <w:r w:rsidR="00282761" w:rsidRPr="00282761">
        <w:t>Singapore</w:t>
      </w:r>
      <w:r w:rsidR="00282761">
        <w:t>)</w:t>
      </w:r>
    </w:p>
    <w:p w:rsidR="008D099C" w:rsidRDefault="008D099C" w:rsidP="000C5052">
      <w:pPr>
        <w:spacing w:line="240" w:lineRule="auto"/>
        <w:ind w:left="425" w:hangingChars="197" w:hanging="425"/>
        <w:jc w:val="both"/>
      </w:pPr>
      <w:r w:rsidRPr="008D099C">
        <w:rPr>
          <w:rFonts w:ascii="HYGothic-Extra" w:eastAsia="HYGothic-Extra" w:hint="eastAsia"/>
          <w:b/>
        </w:rPr>
        <w:t>□ (Project Description)</w:t>
      </w:r>
      <w:r>
        <w:rPr>
          <w:rFonts w:hint="eastAsia"/>
        </w:rPr>
        <w:t xml:space="preserve"> </w:t>
      </w:r>
      <w:r w:rsidR="000C5052">
        <w:t xml:space="preserve"> Overall management of a two-day Singapore market-entry and investment program for 10 </w:t>
      </w:r>
      <w:r w:rsidR="00EB05E7">
        <w:t xml:space="preserve">Korean </w:t>
      </w:r>
      <w:r w:rsidR="000C5052">
        <w:t>AI companies.</w:t>
      </w:r>
    </w:p>
    <w:p w:rsidR="008D099C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 (Program Scale</w:t>
      </w:r>
      <w:r w:rsidRPr="008D099C">
        <w:rPr>
          <w:rFonts w:ascii="HYGothic-Extra" w:eastAsia="HYGothic-Extra"/>
          <w:b/>
        </w:rPr>
        <w:t>)</w:t>
      </w:r>
      <w:r>
        <w:t xml:space="preserve"> </w:t>
      </w:r>
      <w:r w:rsidR="00282761">
        <w:rPr>
          <w:rFonts w:hint="eastAsia"/>
        </w:rPr>
        <w:t xml:space="preserve"> </w:t>
      </w:r>
      <w:r w:rsidR="00282761">
        <w:t>10</w:t>
      </w:r>
      <w:r>
        <w:rPr>
          <w:rFonts w:hint="eastAsia"/>
        </w:rPr>
        <w:t xml:space="preserve"> </w:t>
      </w:r>
      <w:r w:rsidR="00282761">
        <w:t>startups</w:t>
      </w:r>
    </w:p>
    <w:p w:rsidR="008D099C" w:rsidRDefault="008D099C" w:rsidP="007503D9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</w:t>
      </w:r>
      <w:r w:rsidRPr="008D099C">
        <w:rPr>
          <w:rFonts w:ascii="HYGothic-Extra" w:eastAsia="HYGothic-Extra"/>
          <w:b/>
        </w:rPr>
        <w:t xml:space="preserve"> (Announcement Period)</w:t>
      </w:r>
      <w:r w:rsidR="00282761">
        <w:t xml:space="preserve"> September</w:t>
      </w:r>
      <w:r>
        <w:t xml:space="preserve"> 1–</w:t>
      </w:r>
      <w:r w:rsidR="00282761">
        <w:t>14</w:t>
      </w:r>
      <w:r>
        <w:t>, 2026</w:t>
      </w:r>
    </w:p>
    <w:p w:rsidR="008D099C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 (Service Period)</w:t>
      </w:r>
      <w:r>
        <w:rPr>
          <w:rFonts w:hint="eastAsia"/>
        </w:rPr>
        <w:t xml:space="preserve"> From the contract</w:t>
      </w:r>
      <w:r w:rsidR="00AA4215">
        <w:rPr>
          <w:rFonts w:hint="eastAsia"/>
        </w:rPr>
        <w:t xml:space="preserve"> execution date through </w:t>
      </w:r>
      <w:r w:rsidR="00AA4215">
        <w:t>November</w:t>
      </w:r>
      <w:r w:rsidR="00AA4215">
        <w:rPr>
          <w:rFonts w:hint="eastAsia"/>
        </w:rPr>
        <w:t xml:space="preserve"> </w:t>
      </w:r>
      <w:r w:rsidR="00AA4215">
        <w:t>20</w:t>
      </w:r>
      <w:r>
        <w:rPr>
          <w:rFonts w:hint="eastAsia"/>
        </w:rPr>
        <w:t>, 2026</w:t>
      </w:r>
    </w:p>
    <w:p w:rsidR="005B4312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 (Estimated Price)</w:t>
      </w:r>
      <w:r>
        <w:rPr>
          <w:rFonts w:hint="eastAsia"/>
        </w:rPr>
        <w:t xml:space="preserve"> </w:t>
      </w:r>
      <w:r w:rsidR="00AA4215">
        <w:t xml:space="preserve"> SGD 25,711.89</w:t>
      </w:r>
      <w:r>
        <w:rPr>
          <w:rFonts w:hint="eastAsia"/>
        </w:rPr>
        <w:t xml:space="preserve"> (tax included) </w:t>
      </w:r>
    </w:p>
    <w:p w:rsidR="008D099C" w:rsidRDefault="008D099C" w:rsidP="005B4312">
      <w:pPr>
        <w:spacing w:line="240" w:lineRule="auto"/>
        <w:ind w:left="432" w:hangingChars="200" w:hanging="432"/>
        <w:jc w:val="both"/>
      </w:pPr>
      <w:r w:rsidRPr="008D099C">
        <w:rPr>
          <w:rFonts w:ascii="HYGothic-Extra" w:eastAsia="HYGothic-Extra" w:hint="eastAsia"/>
          <w:b/>
        </w:rPr>
        <w:t>□ (Bidding Method)</w:t>
      </w:r>
      <w:r>
        <w:rPr>
          <w:rFonts w:hint="eastAsia"/>
        </w:rPr>
        <w:t xml:space="preserve"> Public solicitation, conducted in accordance with general</w:t>
      </w:r>
      <w:r w:rsidR="005B4312">
        <w:t xml:space="preserve"> </w:t>
      </w:r>
      <w:r>
        <w:t>competitive bidding procedures; joint ventures/consortium bids are not permitted</w:t>
      </w:r>
    </w:p>
    <w:p w:rsidR="00C8768B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 (Number of Awards)</w:t>
      </w:r>
      <w:r>
        <w:rPr>
          <w:rFonts w:hint="eastAsia"/>
        </w:rPr>
        <w:t xml:space="preserve"> One service provider to be selected </w:t>
      </w:r>
    </w:p>
    <w:p w:rsidR="008D099C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 (Contract Method)</w:t>
      </w:r>
      <w:r>
        <w:rPr>
          <w:rFonts w:hint="eastAsia"/>
        </w:rPr>
        <w:t xml:space="preserve"> Contract by negotiation</w:t>
      </w:r>
    </w:p>
    <w:p w:rsidR="008D099C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□(Details/Document Submission)</w:t>
      </w:r>
      <w:r>
        <w:rPr>
          <w:rFonts w:hint="eastAsia"/>
        </w:rPr>
        <w:t xml:space="preserve"> Refer to the Request for Proposal,</w:t>
      </w:r>
      <w:r w:rsidR="00C8768B">
        <w:t xml:space="preserve"> </w:t>
      </w:r>
      <w:r>
        <w:t xml:space="preserve">posted in the Project Announcements section of the K-Startup </w:t>
      </w:r>
      <w:r w:rsidR="000D5A86">
        <w:t>Center P</w:t>
      </w:r>
      <w:r>
        <w:t>ortal</w:t>
      </w:r>
      <w:r w:rsidR="000D5A86">
        <w:t>, “Communication Channel”</w:t>
      </w:r>
    </w:p>
    <w:p w:rsidR="000D5A86" w:rsidRDefault="008D099C" w:rsidP="008D099C">
      <w:pPr>
        <w:spacing w:line="240" w:lineRule="auto"/>
        <w:jc w:val="both"/>
      </w:pPr>
      <w:r>
        <w:t xml:space="preserve"> * K-Startup </w:t>
      </w:r>
      <w:r w:rsidR="000D5A86">
        <w:t xml:space="preserve">Center </w:t>
      </w:r>
      <w:r>
        <w:t xml:space="preserve">Portal: </w:t>
      </w:r>
      <w:hyperlink r:id="rId8" w:history="1">
        <w:r w:rsidR="000D5A86" w:rsidRPr="004D7A87">
          <w:rPr>
            <w:rStyle w:val="aff1"/>
          </w:rPr>
          <w:t>https://k-startupcenter.org/kor/CMS/Board/Board.do?mCode=MN049</w:t>
        </w:r>
      </w:hyperlink>
    </w:p>
    <w:p w:rsidR="008D099C" w:rsidRDefault="008D099C" w:rsidP="008D099C">
      <w:pPr>
        <w:spacing w:line="240" w:lineRule="auto"/>
        <w:jc w:val="both"/>
      </w:pPr>
      <w:r>
        <w:t>** Announcement Title: “</w:t>
      </w:r>
      <w:bookmarkStart w:id="0" w:name="_GoBack"/>
      <w:r w:rsidR="00AA4215" w:rsidRPr="00282761">
        <w:t>K-AI Global Value Ch</w:t>
      </w:r>
      <w:r w:rsidR="00AA4215">
        <w:t>ain Expansion Support Program (</w:t>
      </w:r>
      <w:r w:rsidR="00AA4215" w:rsidRPr="00282761">
        <w:t>Singapore</w:t>
      </w:r>
      <w:r w:rsidR="00AA4215">
        <w:t>)</w:t>
      </w:r>
      <w:r>
        <w:t>- Public An</w:t>
      </w:r>
      <w:r w:rsidR="007503D9">
        <w:t>nouncement for Service Provider</w:t>
      </w:r>
      <w:bookmarkEnd w:id="0"/>
      <w:r w:rsidR="007503D9">
        <w:t>”</w:t>
      </w:r>
    </w:p>
    <w:p w:rsidR="008D099C" w:rsidRDefault="008D099C" w:rsidP="008D099C">
      <w:pPr>
        <w:spacing w:line="240" w:lineRule="auto"/>
        <w:jc w:val="both"/>
      </w:pPr>
      <w:r w:rsidRPr="008D099C">
        <w:rPr>
          <w:rFonts w:ascii="HYGothic-Extra" w:eastAsia="HYGothic-Extra" w:hint="eastAsia"/>
          <w:b/>
        </w:rPr>
        <w:t>□ (Submission Deadline/Method)</w:t>
      </w:r>
      <w:r>
        <w:rPr>
          <w:rFonts w:hint="eastAsia"/>
        </w:rPr>
        <w:t xml:space="preserve"> </w:t>
      </w:r>
      <w:r w:rsidR="00AA4215">
        <w:t>14/09</w:t>
      </w:r>
      <w:r w:rsidR="00C8768B">
        <w:t>/</w:t>
      </w:r>
      <w:r>
        <w:rPr>
          <w:rFonts w:hint="eastAsia"/>
        </w:rPr>
        <w:t xml:space="preserve"> 2026, 6:00 PM (</w:t>
      </w:r>
      <w:r w:rsidR="00EB7D73">
        <w:t>SGT</w:t>
      </w:r>
      <w:r>
        <w:rPr>
          <w:rFonts w:hint="eastAsia"/>
        </w:rPr>
        <w:t>) / by email</w:t>
      </w:r>
    </w:p>
    <w:p w:rsidR="00C8768B" w:rsidRDefault="008D099C" w:rsidP="008D099C">
      <w:pPr>
        <w:spacing w:line="240" w:lineRule="auto"/>
        <w:jc w:val="both"/>
      </w:pPr>
      <w:r w:rsidRPr="00C8768B">
        <w:rPr>
          <w:rFonts w:ascii="HYGothic-Extra" w:eastAsia="HYGothic-Extra" w:hint="eastAsia"/>
          <w:b/>
        </w:rPr>
        <w:t>□ (Submission Address)</w:t>
      </w:r>
      <w:r>
        <w:rPr>
          <w:rFonts w:hint="eastAsia"/>
        </w:rPr>
        <w:t xml:space="preserve"> </w:t>
      </w:r>
      <w:r w:rsidR="00C8768B">
        <w:t xml:space="preserve"> K-Startup Center Singapore     -   </w:t>
      </w:r>
      <w:hyperlink r:id="rId9" w:history="1">
        <w:r w:rsidR="00C8768B" w:rsidRPr="00C00BA9">
          <w:rPr>
            <w:rStyle w:val="aff1"/>
          </w:rPr>
          <w:t>info</w:t>
        </w:r>
        <w:r w:rsidR="00C8768B" w:rsidRPr="00C00BA9">
          <w:rPr>
            <w:rStyle w:val="aff1"/>
            <w:rFonts w:hint="eastAsia"/>
          </w:rPr>
          <w:t>@k</w:t>
        </w:r>
        <w:r w:rsidR="00C8768B" w:rsidRPr="00C00BA9">
          <w:rPr>
            <w:rStyle w:val="aff1"/>
          </w:rPr>
          <w:t>scsingapore.org</w:t>
        </w:r>
      </w:hyperlink>
    </w:p>
    <w:p w:rsidR="008D099C" w:rsidRDefault="008D099C" w:rsidP="008D099C">
      <w:pPr>
        <w:spacing w:line="240" w:lineRule="auto"/>
        <w:jc w:val="both"/>
      </w:pPr>
      <w:r>
        <w:t>* If an email sent from overseas is delayed due to being filtered as spam, the submission will be recognized based on the confirmed server arrival time</w:t>
      </w:r>
    </w:p>
    <w:p w:rsidR="00F53A32" w:rsidRDefault="00F53A32" w:rsidP="008D099C">
      <w:pPr>
        <w:spacing w:line="240" w:lineRule="auto"/>
        <w:jc w:val="both"/>
      </w:pP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926"/>
      </w:tblGrid>
      <w:tr w:rsidR="00F53A32" w:rsidTr="00F53A32">
        <w:tc>
          <w:tcPr>
            <w:tcW w:w="9926" w:type="dxa"/>
            <w:shd w:val="clear" w:color="auto" w:fill="F2F2F2" w:themeFill="background1" w:themeFillShade="F2"/>
          </w:tcPr>
          <w:p w:rsidR="00F53A32" w:rsidRDefault="00F53A32" w:rsidP="00F53A32">
            <w:r>
              <w:rPr>
                <w:rFonts w:hint="eastAsia"/>
              </w:rPr>
              <w:t>※</w:t>
            </w:r>
            <w:r>
              <w:rPr>
                <w:rFonts w:hint="eastAsia"/>
              </w:rPr>
              <w:t xml:space="preserve"> Inquiries: </w:t>
            </w:r>
            <w:r>
              <w:t xml:space="preserve">K-Startup Center Singapore  ( +65  6243 2009,    </w:t>
            </w:r>
            <w:hyperlink r:id="rId10" w:history="1">
              <w:r w:rsidRPr="00C00BA9">
                <w:rPr>
                  <w:rStyle w:val="aff1"/>
                </w:rPr>
                <w:t>info</w:t>
              </w:r>
              <w:r w:rsidRPr="00C00BA9">
                <w:rPr>
                  <w:rStyle w:val="aff1"/>
                  <w:rFonts w:hint="eastAsia"/>
                </w:rPr>
                <w:t>@k</w:t>
              </w:r>
              <w:r w:rsidRPr="00C00BA9">
                <w:rPr>
                  <w:rStyle w:val="aff1"/>
                </w:rPr>
                <w:t>scsingapore.org</w:t>
              </w:r>
            </w:hyperlink>
            <w:r>
              <w:t xml:space="preserve"> )</w:t>
            </w:r>
          </w:p>
        </w:tc>
      </w:tr>
    </w:tbl>
    <w:p w:rsidR="00A94710" w:rsidRDefault="00A94710" w:rsidP="00F53A32">
      <w:pPr>
        <w:spacing w:line="240" w:lineRule="auto"/>
        <w:jc w:val="both"/>
      </w:pPr>
    </w:p>
    <w:sectPr w:rsidR="00A94710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941" w:rsidRDefault="00C86941" w:rsidP="00372679">
      <w:pPr>
        <w:spacing w:after="0" w:line="240" w:lineRule="auto"/>
      </w:pPr>
      <w:r>
        <w:separator/>
      </w:r>
    </w:p>
  </w:endnote>
  <w:endnote w:type="continuationSeparator" w:id="0">
    <w:p w:rsidR="00C86941" w:rsidRDefault="00C86941" w:rsidP="00372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Gothic-Extra">
    <w:altName w:val="HY견고딕"/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941" w:rsidRDefault="00C86941" w:rsidP="00372679">
      <w:pPr>
        <w:spacing w:after="0" w:line="240" w:lineRule="auto"/>
      </w:pPr>
      <w:r>
        <w:separator/>
      </w:r>
    </w:p>
  </w:footnote>
  <w:footnote w:type="continuationSeparator" w:id="0">
    <w:p w:rsidR="00C86941" w:rsidRDefault="00C86941" w:rsidP="00372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135C"/>
    <w:rsid w:val="00014B61"/>
    <w:rsid w:val="00033738"/>
    <w:rsid w:val="00034616"/>
    <w:rsid w:val="0006063C"/>
    <w:rsid w:val="000C5052"/>
    <w:rsid w:val="000D5A86"/>
    <w:rsid w:val="0015074B"/>
    <w:rsid w:val="00154856"/>
    <w:rsid w:val="00282761"/>
    <w:rsid w:val="0029639D"/>
    <w:rsid w:val="00303ADC"/>
    <w:rsid w:val="00326F90"/>
    <w:rsid w:val="00372679"/>
    <w:rsid w:val="00432835"/>
    <w:rsid w:val="0049000A"/>
    <w:rsid w:val="00555C85"/>
    <w:rsid w:val="00561BC1"/>
    <w:rsid w:val="005B4312"/>
    <w:rsid w:val="006020E7"/>
    <w:rsid w:val="007503D9"/>
    <w:rsid w:val="0082481E"/>
    <w:rsid w:val="00863BC1"/>
    <w:rsid w:val="008D099C"/>
    <w:rsid w:val="00974640"/>
    <w:rsid w:val="00975BE4"/>
    <w:rsid w:val="009C068E"/>
    <w:rsid w:val="00A47E2F"/>
    <w:rsid w:val="00A94710"/>
    <w:rsid w:val="00AA1D8D"/>
    <w:rsid w:val="00AA4215"/>
    <w:rsid w:val="00B47730"/>
    <w:rsid w:val="00B9378F"/>
    <w:rsid w:val="00BE3189"/>
    <w:rsid w:val="00C24891"/>
    <w:rsid w:val="00C86941"/>
    <w:rsid w:val="00C8768B"/>
    <w:rsid w:val="00CA5A1E"/>
    <w:rsid w:val="00CB0664"/>
    <w:rsid w:val="00E63EA6"/>
    <w:rsid w:val="00EB05E7"/>
    <w:rsid w:val="00EB7D73"/>
    <w:rsid w:val="00F53A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4E1BA6"/>
  <w14:defaultImageDpi w14:val="300"/>
  <w15:docId w15:val="{96B668AE-1283-4484-9204-C69D9733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13">
    <w:name w:val="표준1"/>
    <w:basedOn w:val="a1"/>
    <w:rsid w:val="006020E7"/>
    <w:pPr>
      <w:widowControl w:val="0"/>
      <w:autoSpaceDE w:val="0"/>
      <w:autoSpaceDN w:val="0"/>
      <w:textAlignment w:val="baseline"/>
    </w:pPr>
    <w:rPr>
      <w:rFonts w:ascii="한컴바탕" w:eastAsia="Gulim" w:hAnsi="Gulim" w:cs="Gulim"/>
      <w:color w:val="000000"/>
      <w:lang w:eastAsia="ko-KR"/>
    </w:rPr>
  </w:style>
  <w:style w:type="character" w:styleId="aff1">
    <w:name w:val="Hyperlink"/>
    <w:basedOn w:val="a2"/>
    <w:uiPriority w:val="99"/>
    <w:unhideWhenUsed/>
    <w:rsid w:val="00C876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9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-startupcenter.org/kor/CMS/Board/Board.do?mCode=MN0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kscsingapore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scsingapor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0481D6-E089-440D-839C-3AAD9CB91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Shi Chee Theng</cp:lastModifiedBy>
  <cp:revision>10</cp:revision>
  <dcterms:created xsi:type="dcterms:W3CDTF">2026-08-18T07:50:00Z</dcterms:created>
  <dcterms:modified xsi:type="dcterms:W3CDTF">2026-09-01T09:42:00Z</dcterms:modified>
  <cp:category/>
</cp:coreProperties>
</file>